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9D32C" w14:textId="77777777" w:rsidR="002554FE" w:rsidRDefault="00000000">
      <w:pPr>
        <w:spacing w:before="240" w:after="120"/>
        <w:jc w:val="center"/>
      </w:pPr>
      <w:r>
        <w:rPr>
          <w:b/>
          <w:color w:val="8B1E1E"/>
          <w:sz w:val="72"/>
        </w:rPr>
        <w:t>Of Fiddler’s Friends</w:t>
      </w:r>
    </w:p>
    <w:p w14:paraId="77470C28" w14:textId="77777777" w:rsidR="002554FE" w:rsidRDefault="00000000">
      <w:pPr>
        <w:spacing w:before="120"/>
        <w:jc w:val="center"/>
      </w:pPr>
      <w:r>
        <w:rPr>
          <w:i/>
          <w:color w:val="505050"/>
          <w:sz w:val="28"/>
        </w:rPr>
        <w:t>where little paws find their forever home</w:t>
      </w:r>
    </w:p>
    <w:p w14:paraId="7BAA5E2D" w14:textId="77777777" w:rsidR="002554FE" w:rsidRDefault="00000000">
      <w:pPr>
        <w:spacing w:before="120" w:after="280"/>
        <w:jc w:val="center"/>
      </w:pPr>
      <w:r>
        <w:rPr>
          <w:color w:val="3C3C3C"/>
          <w:sz w:val="28"/>
        </w:rPr>
        <w:t>🐾 ✨ 🐾 🏠 ✨ 🐾 ✨ 🐾</w:t>
      </w:r>
    </w:p>
    <w:p w14:paraId="51EBEA18" w14:textId="77777777" w:rsidR="002554FE" w:rsidRDefault="00000000">
      <w:pPr>
        <w:spacing w:before="120" w:after="360"/>
        <w:jc w:val="center"/>
      </w:pPr>
      <w:r>
        <w:rPr>
          <w:noProof/>
        </w:rPr>
        <w:drawing>
          <wp:inline distT="0" distB="0" distL="0" distR="0" wp14:anchorId="07D897A2" wp14:editId="68F6C1EE">
            <wp:extent cx="4306186" cy="50393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0382-BAC6-4536-B18B-6DD731A33D2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8466" cy="50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7D66" w14:textId="77777777" w:rsidR="002554FE" w:rsidRDefault="00000000">
      <w:pPr>
        <w:spacing w:before="120" w:after="360"/>
      </w:pPr>
      <w:r>
        <w:t>Bedankt voor de interesse in onze kennel en onze pups.</w:t>
      </w:r>
      <w:r>
        <w:br/>
      </w:r>
      <w:r>
        <w:br/>
        <w:t>Om onze pups zo goed mogelijk te kunnen plaatsen, vragen wij u vriendelijk om onderstaande vragenlijst zo volledig en eerlijk mogelijk in te vullen.</w:t>
      </w:r>
      <w:r>
        <w:br/>
      </w:r>
      <w:r>
        <w:br/>
        <w:t>Deze informatie helpt ons om een goede match te maken tussen pup en toekomstig baasje.</w:t>
      </w:r>
    </w:p>
    <w:p w14:paraId="7657945C" w14:textId="77777777" w:rsidR="002554FE" w:rsidRDefault="00000000">
      <w:pPr>
        <w:spacing w:before="240" w:after="160"/>
      </w:pPr>
      <w:r>
        <w:rPr>
          <w:b/>
          <w:sz w:val="24"/>
        </w:rPr>
        <w:lastRenderedPageBreak/>
        <w:t>Kennismaking</w:t>
      </w:r>
    </w:p>
    <w:p w14:paraId="18E37341" w14:textId="77777777" w:rsidR="002554FE" w:rsidRDefault="00000000">
      <w:pPr>
        <w:spacing w:before="200" w:after="120"/>
      </w:pPr>
      <w:r>
        <w:t>1. Wie zijn jullie? (Vertel ons kort iets over jezelf/jullie gezin.)</w:t>
      </w:r>
    </w:p>
    <w:p w14:paraId="68C93264" w14:textId="77777777" w:rsidR="002554FE" w:rsidRDefault="00000000">
      <w:pPr>
        <w:spacing w:before="40" w:after="40"/>
      </w:pPr>
      <w:r>
        <w:t>______________________________________________</w:t>
      </w:r>
    </w:p>
    <w:p w14:paraId="099F25DC" w14:textId="77777777" w:rsidR="002554FE" w:rsidRDefault="00000000">
      <w:pPr>
        <w:spacing w:before="40" w:after="40"/>
      </w:pPr>
      <w:r>
        <w:t>______________________________________________</w:t>
      </w:r>
    </w:p>
    <w:p w14:paraId="397C223E" w14:textId="77777777" w:rsidR="002554FE" w:rsidRDefault="00000000">
      <w:pPr>
        <w:spacing w:before="40" w:after="40"/>
      </w:pPr>
      <w:r>
        <w:t>______________________________________________</w:t>
      </w:r>
    </w:p>
    <w:p w14:paraId="6A3A7CA3" w14:textId="77777777" w:rsidR="002554FE" w:rsidRDefault="00000000">
      <w:pPr>
        <w:spacing w:before="200" w:after="120"/>
      </w:pPr>
      <w:r>
        <w:t>2. Waarom hebben jullie gekozen voor een kooikerhondje?</w:t>
      </w:r>
    </w:p>
    <w:p w14:paraId="60CC6A6E" w14:textId="77777777" w:rsidR="002554FE" w:rsidRDefault="00000000">
      <w:pPr>
        <w:spacing w:before="40" w:after="40"/>
      </w:pPr>
      <w:r>
        <w:t>______________________________________________</w:t>
      </w:r>
    </w:p>
    <w:p w14:paraId="1D1BE969" w14:textId="77777777" w:rsidR="002554FE" w:rsidRDefault="00000000">
      <w:pPr>
        <w:spacing w:before="40" w:after="40"/>
      </w:pPr>
      <w:r>
        <w:t>______________________________________________</w:t>
      </w:r>
    </w:p>
    <w:p w14:paraId="52D626C1" w14:textId="77777777" w:rsidR="002554FE" w:rsidRDefault="00000000">
      <w:pPr>
        <w:spacing w:before="40" w:after="40"/>
      </w:pPr>
      <w:r>
        <w:t>______________________________________________</w:t>
      </w:r>
    </w:p>
    <w:p w14:paraId="7C998A22" w14:textId="77777777" w:rsidR="002554FE" w:rsidRDefault="00000000">
      <w:pPr>
        <w:spacing w:before="200" w:after="120"/>
      </w:pPr>
      <w:r>
        <w:t>3. Hoe hebben jullie kennisgemaakt met het kooikerhondje?</w:t>
      </w:r>
    </w:p>
    <w:p w14:paraId="29553A42" w14:textId="77777777" w:rsidR="002554FE" w:rsidRDefault="00000000">
      <w:pPr>
        <w:spacing w:before="40" w:after="40"/>
      </w:pPr>
      <w:r>
        <w:t>______________________________________________</w:t>
      </w:r>
    </w:p>
    <w:p w14:paraId="45A8ABDA" w14:textId="77777777" w:rsidR="002554FE" w:rsidRDefault="00000000">
      <w:pPr>
        <w:spacing w:before="40" w:after="40"/>
      </w:pPr>
      <w:r>
        <w:t>______________________________________________</w:t>
      </w:r>
    </w:p>
    <w:p w14:paraId="72D594AC" w14:textId="77777777" w:rsidR="002554FE" w:rsidRDefault="00000000">
      <w:pPr>
        <w:spacing w:before="40" w:after="40"/>
      </w:pPr>
      <w:r>
        <w:t>______________________________________________</w:t>
      </w:r>
    </w:p>
    <w:p w14:paraId="06B57975" w14:textId="77777777" w:rsidR="002554FE" w:rsidRDefault="00000000">
      <w:pPr>
        <w:spacing w:before="240" w:after="160"/>
      </w:pPr>
      <w:r>
        <w:rPr>
          <w:b/>
          <w:sz w:val="24"/>
        </w:rPr>
        <w:t>Dagelijks leven</w:t>
      </w:r>
    </w:p>
    <w:p w14:paraId="7B01316D" w14:textId="77777777" w:rsidR="002554FE" w:rsidRDefault="00000000">
      <w:pPr>
        <w:spacing w:before="200" w:after="120"/>
      </w:pPr>
      <w:r>
        <w:t>4. Hoe ziet een gemiddelde dag er bij jullie uit?</w:t>
      </w:r>
    </w:p>
    <w:p w14:paraId="77D21E14" w14:textId="77777777" w:rsidR="002554FE" w:rsidRDefault="00000000">
      <w:pPr>
        <w:spacing w:before="40" w:after="40"/>
      </w:pPr>
      <w:r>
        <w:t>______________________________________________</w:t>
      </w:r>
    </w:p>
    <w:p w14:paraId="52D8CC4B" w14:textId="77777777" w:rsidR="002554FE" w:rsidRDefault="00000000">
      <w:pPr>
        <w:spacing w:before="40" w:after="40"/>
      </w:pPr>
      <w:r>
        <w:t>______________________________________________</w:t>
      </w:r>
    </w:p>
    <w:p w14:paraId="622229CB" w14:textId="77777777" w:rsidR="002554FE" w:rsidRDefault="00000000">
      <w:pPr>
        <w:spacing w:before="40" w:after="40"/>
      </w:pPr>
      <w:r>
        <w:t>______________________________________________</w:t>
      </w:r>
    </w:p>
    <w:p w14:paraId="53AA34B3" w14:textId="77777777" w:rsidR="002554FE" w:rsidRDefault="00000000">
      <w:pPr>
        <w:spacing w:before="200" w:after="120"/>
      </w:pPr>
      <w:r>
        <w:t>5. Hoeveel beweging en mentale uitdaging kan de hond dagelijks verwachten?</w:t>
      </w:r>
    </w:p>
    <w:p w14:paraId="43B49CB5" w14:textId="77777777" w:rsidR="002554FE" w:rsidRDefault="00000000">
      <w:pPr>
        <w:spacing w:before="40" w:after="40"/>
      </w:pPr>
      <w:r>
        <w:t>______________________________________________</w:t>
      </w:r>
    </w:p>
    <w:p w14:paraId="02EC91E4" w14:textId="77777777" w:rsidR="002554FE" w:rsidRDefault="00000000">
      <w:pPr>
        <w:spacing w:before="40" w:after="40"/>
      </w:pPr>
      <w:r>
        <w:t>______________________________________________</w:t>
      </w:r>
    </w:p>
    <w:p w14:paraId="48A58BE7" w14:textId="77777777" w:rsidR="002554FE" w:rsidRDefault="00000000">
      <w:pPr>
        <w:spacing w:before="40" w:after="40"/>
      </w:pPr>
      <w:r>
        <w:t>______________________________________________</w:t>
      </w:r>
    </w:p>
    <w:p w14:paraId="11F4FFFB" w14:textId="77777777" w:rsidR="002554FE" w:rsidRDefault="00000000">
      <w:pPr>
        <w:spacing w:before="200" w:after="120"/>
      </w:pPr>
      <w:r>
        <w:t>6. Is de hond soms alleen thuis? Zo ja: hoe vaak en hoe lang?</w:t>
      </w:r>
    </w:p>
    <w:p w14:paraId="7F0CE93E" w14:textId="77777777" w:rsidR="002554FE" w:rsidRDefault="00000000">
      <w:pPr>
        <w:spacing w:before="40" w:after="40"/>
      </w:pPr>
      <w:r>
        <w:t>______________________________________________</w:t>
      </w:r>
    </w:p>
    <w:p w14:paraId="2D5CDE0B" w14:textId="77777777" w:rsidR="002554FE" w:rsidRDefault="00000000">
      <w:pPr>
        <w:spacing w:before="40" w:after="40"/>
      </w:pPr>
      <w:r>
        <w:t>______________________________________________</w:t>
      </w:r>
    </w:p>
    <w:p w14:paraId="5EBF22D6" w14:textId="77777777" w:rsidR="002554FE" w:rsidRDefault="00000000">
      <w:pPr>
        <w:spacing w:before="40" w:after="40"/>
      </w:pPr>
      <w:r>
        <w:t>______________________________________________</w:t>
      </w:r>
    </w:p>
    <w:p w14:paraId="65A85996" w14:textId="77777777" w:rsidR="002554FE" w:rsidRDefault="00000000">
      <w:pPr>
        <w:spacing w:before="200" w:after="120"/>
      </w:pPr>
      <w:r>
        <w:t>7. Waar verblijft de hond wanneer jullie niet thuis zijn?</w:t>
      </w:r>
    </w:p>
    <w:p w14:paraId="0681B446" w14:textId="77777777" w:rsidR="002554FE" w:rsidRDefault="00000000">
      <w:pPr>
        <w:spacing w:before="40" w:after="40"/>
      </w:pPr>
      <w:r>
        <w:t>______________________________________________</w:t>
      </w:r>
    </w:p>
    <w:p w14:paraId="38EDA0AC" w14:textId="77777777" w:rsidR="002554FE" w:rsidRDefault="00000000">
      <w:pPr>
        <w:spacing w:before="40" w:after="40"/>
      </w:pPr>
      <w:r>
        <w:t>______________________________________________</w:t>
      </w:r>
    </w:p>
    <w:p w14:paraId="0F39A5A7" w14:textId="77777777" w:rsidR="002554FE" w:rsidRDefault="00000000">
      <w:pPr>
        <w:spacing w:before="40" w:after="40"/>
      </w:pPr>
      <w:r>
        <w:t>______________________________________________</w:t>
      </w:r>
    </w:p>
    <w:p w14:paraId="3194AFDE" w14:textId="77777777" w:rsidR="002554FE" w:rsidRDefault="00000000">
      <w:pPr>
        <w:spacing w:before="200" w:after="120"/>
      </w:pPr>
      <w:r>
        <w:t>8. Waar zal de hond slapen?</w:t>
      </w:r>
    </w:p>
    <w:p w14:paraId="302B93F8" w14:textId="77777777" w:rsidR="002554FE" w:rsidRDefault="00000000">
      <w:pPr>
        <w:spacing w:before="40" w:after="40"/>
      </w:pPr>
      <w:r>
        <w:t>______________________________________________</w:t>
      </w:r>
    </w:p>
    <w:p w14:paraId="12D84D0A" w14:textId="77777777" w:rsidR="002554FE" w:rsidRDefault="00000000">
      <w:pPr>
        <w:spacing w:before="40" w:after="40"/>
      </w:pPr>
      <w:r>
        <w:lastRenderedPageBreak/>
        <w:t>______________________________________________</w:t>
      </w:r>
    </w:p>
    <w:p w14:paraId="0F10381A" w14:textId="77777777" w:rsidR="002554FE" w:rsidRDefault="00000000">
      <w:pPr>
        <w:spacing w:before="40" w:after="40"/>
      </w:pPr>
      <w:r>
        <w:t>______________________________________________</w:t>
      </w:r>
    </w:p>
    <w:p w14:paraId="7C44EB26" w14:textId="77777777" w:rsidR="002554FE" w:rsidRDefault="00000000">
      <w:pPr>
        <w:spacing w:before="240" w:after="160"/>
      </w:pPr>
      <w:r>
        <w:rPr>
          <w:b/>
          <w:sz w:val="24"/>
        </w:rPr>
        <w:t>Ervaring &amp; opvoeding</w:t>
      </w:r>
    </w:p>
    <w:p w14:paraId="7AFE095C" w14:textId="77777777" w:rsidR="002554FE" w:rsidRDefault="00000000">
      <w:pPr>
        <w:spacing w:before="200" w:after="120"/>
      </w:pPr>
      <w:r>
        <w:t>9. Hebben jullie ervaring met honden?</w:t>
      </w:r>
    </w:p>
    <w:p w14:paraId="7EBA18A9" w14:textId="77777777" w:rsidR="002554FE" w:rsidRDefault="00000000">
      <w:pPr>
        <w:spacing w:before="40" w:after="40"/>
      </w:pPr>
      <w:r>
        <w:t>______________________________________________</w:t>
      </w:r>
    </w:p>
    <w:p w14:paraId="4451108B" w14:textId="77777777" w:rsidR="002554FE" w:rsidRDefault="00000000">
      <w:pPr>
        <w:spacing w:before="40" w:after="40"/>
      </w:pPr>
      <w:r>
        <w:t>______________________________________________</w:t>
      </w:r>
    </w:p>
    <w:p w14:paraId="74F475CA" w14:textId="77777777" w:rsidR="002554FE" w:rsidRDefault="00000000">
      <w:pPr>
        <w:spacing w:before="40" w:after="40"/>
      </w:pPr>
      <w:r>
        <w:t>______________________________________________</w:t>
      </w:r>
    </w:p>
    <w:p w14:paraId="6157C9A8" w14:textId="77777777" w:rsidR="002554FE" w:rsidRDefault="00000000">
      <w:pPr>
        <w:spacing w:before="200" w:after="120"/>
      </w:pPr>
      <w:r>
        <w:t>10. Zijn jullie bereid om naar een hondenschool te gaan?</w:t>
      </w:r>
    </w:p>
    <w:p w14:paraId="7FE014DC" w14:textId="77777777" w:rsidR="002554FE" w:rsidRDefault="00000000">
      <w:pPr>
        <w:spacing w:before="40" w:after="40"/>
      </w:pPr>
      <w:r>
        <w:t>______________________________________________</w:t>
      </w:r>
    </w:p>
    <w:p w14:paraId="528D2C2A" w14:textId="77777777" w:rsidR="002554FE" w:rsidRDefault="00000000">
      <w:pPr>
        <w:spacing w:before="40" w:after="40"/>
      </w:pPr>
      <w:r>
        <w:t>______________________________________________</w:t>
      </w:r>
    </w:p>
    <w:p w14:paraId="0CE424D9" w14:textId="77777777" w:rsidR="002554FE" w:rsidRDefault="00000000">
      <w:pPr>
        <w:spacing w:before="40" w:after="40"/>
      </w:pPr>
      <w:r>
        <w:t>______________________________________________</w:t>
      </w:r>
    </w:p>
    <w:p w14:paraId="2766474A" w14:textId="77777777" w:rsidR="002554FE" w:rsidRDefault="00000000">
      <w:pPr>
        <w:spacing w:before="200" w:after="120"/>
      </w:pPr>
      <w:r>
        <w:t>11. Hoe denken jullie om te gaan met opvoeding, regels en grenzen?</w:t>
      </w:r>
    </w:p>
    <w:p w14:paraId="19C9AD0A" w14:textId="77777777" w:rsidR="002554FE" w:rsidRDefault="00000000">
      <w:pPr>
        <w:spacing w:before="40" w:after="40"/>
      </w:pPr>
      <w:r>
        <w:t>______________________________________________</w:t>
      </w:r>
    </w:p>
    <w:p w14:paraId="69001339" w14:textId="77777777" w:rsidR="002554FE" w:rsidRDefault="00000000">
      <w:pPr>
        <w:spacing w:before="40" w:after="40"/>
      </w:pPr>
      <w:r>
        <w:t>______________________________________________</w:t>
      </w:r>
    </w:p>
    <w:p w14:paraId="42EE738F" w14:textId="77777777" w:rsidR="002554FE" w:rsidRDefault="00000000">
      <w:pPr>
        <w:spacing w:before="40" w:after="40"/>
      </w:pPr>
      <w:r>
        <w:t>______________________________________________</w:t>
      </w:r>
    </w:p>
    <w:p w14:paraId="50D40678" w14:textId="77777777" w:rsidR="002554FE" w:rsidRDefault="00000000">
      <w:pPr>
        <w:spacing w:before="240" w:after="160"/>
      </w:pPr>
      <w:r>
        <w:rPr>
          <w:b/>
          <w:sz w:val="24"/>
        </w:rPr>
        <w:t>Toekomstplannen</w:t>
      </w:r>
    </w:p>
    <w:p w14:paraId="71091B68" w14:textId="77777777" w:rsidR="002554FE" w:rsidRDefault="00000000">
      <w:pPr>
        <w:spacing w:before="200" w:after="120"/>
      </w:pPr>
      <w:r>
        <w:t>12. Hebben jullie plannen om te fokken met de hond?</w:t>
      </w:r>
    </w:p>
    <w:p w14:paraId="056D619E" w14:textId="77777777" w:rsidR="002554FE" w:rsidRDefault="00000000">
      <w:pPr>
        <w:spacing w:before="40" w:after="40"/>
      </w:pPr>
      <w:r>
        <w:t>______________________________________________</w:t>
      </w:r>
    </w:p>
    <w:p w14:paraId="50468F0A" w14:textId="77777777" w:rsidR="002554FE" w:rsidRDefault="00000000">
      <w:pPr>
        <w:spacing w:before="40" w:after="40"/>
      </w:pPr>
      <w:r>
        <w:t>______________________________________________</w:t>
      </w:r>
    </w:p>
    <w:p w14:paraId="3DEA45A7" w14:textId="77777777" w:rsidR="002554FE" w:rsidRDefault="00000000">
      <w:pPr>
        <w:spacing w:before="40" w:after="40"/>
      </w:pPr>
      <w:r>
        <w:t>______________________________________________</w:t>
      </w:r>
    </w:p>
    <w:p w14:paraId="5F7EFB65" w14:textId="77777777" w:rsidR="002554FE" w:rsidRDefault="00000000">
      <w:pPr>
        <w:spacing w:before="200" w:after="120"/>
      </w:pPr>
      <w:r>
        <w:t>13. Hebben jullie een voorkeur voor een reu of een teef? Of maakt dit geen verschil?</w:t>
      </w:r>
    </w:p>
    <w:p w14:paraId="257F48D4" w14:textId="77777777" w:rsidR="002554FE" w:rsidRDefault="00000000">
      <w:pPr>
        <w:spacing w:before="40" w:after="40"/>
      </w:pPr>
      <w:r>
        <w:t>______________________________________________</w:t>
      </w:r>
    </w:p>
    <w:p w14:paraId="1F19BF84" w14:textId="77777777" w:rsidR="002554FE" w:rsidRDefault="00000000">
      <w:pPr>
        <w:spacing w:before="40" w:after="40"/>
      </w:pPr>
      <w:r>
        <w:t>______________________________________________</w:t>
      </w:r>
    </w:p>
    <w:p w14:paraId="39D4DDE8" w14:textId="77777777" w:rsidR="002554FE" w:rsidRDefault="00000000">
      <w:pPr>
        <w:spacing w:before="40" w:after="40"/>
      </w:pPr>
      <w:r>
        <w:t>______________________________________________</w:t>
      </w:r>
    </w:p>
    <w:p w14:paraId="3651D48A" w14:textId="77777777" w:rsidR="002554FE" w:rsidRDefault="00000000">
      <w:pPr>
        <w:spacing w:before="200" w:after="120"/>
      </w:pPr>
      <w:r>
        <w:t>14. Hebben jullie interesse om met de hond deel te nemen aan hondenshows of tentoonstellingen?</w:t>
      </w:r>
    </w:p>
    <w:p w14:paraId="7C538201" w14:textId="77777777" w:rsidR="002554FE" w:rsidRDefault="00000000">
      <w:pPr>
        <w:spacing w:before="40" w:after="240"/>
      </w:pPr>
      <w:r>
        <w:t>☐ Ja        ☐ Nee        ☐ Misschien</w:t>
      </w:r>
    </w:p>
    <w:p w14:paraId="2AAF5255" w14:textId="77777777" w:rsidR="002554FE" w:rsidRDefault="00000000">
      <w:pPr>
        <w:spacing w:before="200" w:after="120"/>
      </w:pPr>
      <w:r>
        <w:t>15. Gaat de hond mee op vakantie? Zo ja: hoe regelen jullie dit praktisch? Zo nee: wat is de opvangregeling?</w:t>
      </w:r>
    </w:p>
    <w:p w14:paraId="22F644FF" w14:textId="77777777" w:rsidR="002554FE" w:rsidRDefault="00000000">
      <w:pPr>
        <w:spacing w:before="40" w:after="40"/>
      </w:pPr>
      <w:r>
        <w:t>______________________________________________</w:t>
      </w:r>
    </w:p>
    <w:p w14:paraId="5CC1B45D" w14:textId="77777777" w:rsidR="002554FE" w:rsidRDefault="00000000">
      <w:pPr>
        <w:spacing w:before="40" w:after="40"/>
      </w:pPr>
      <w:r>
        <w:t>______________________________________________</w:t>
      </w:r>
    </w:p>
    <w:p w14:paraId="0E3149CD" w14:textId="77777777" w:rsidR="002554FE" w:rsidRDefault="00000000">
      <w:pPr>
        <w:spacing w:before="40" w:after="40"/>
      </w:pPr>
      <w:r>
        <w:t>______________________________________________</w:t>
      </w:r>
    </w:p>
    <w:p w14:paraId="13E8F42C" w14:textId="77777777" w:rsidR="002554FE" w:rsidRDefault="00000000">
      <w:pPr>
        <w:spacing w:before="240" w:after="160"/>
      </w:pPr>
      <w:r>
        <w:rPr>
          <w:b/>
          <w:sz w:val="24"/>
        </w:rPr>
        <w:lastRenderedPageBreak/>
        <w:t>Voeding &amp; gezondheid</w:t>
      </w:r>
    </w:p>
    <w:p w14:paraId="6AEC0663" w14:textId="77777777" w:rsidR="002554FE" w:rsidRDefault="00000000">
      <w:pPr>
        <w:spacing w:before="200" w:after="120"/>
      </w:pPr>
      <w:r>
        <w:t>16. Wij voeren onze honden en pups uitsluitend Eukanuba brokken. Zijn jullie bereid deze voeding verder te zetten na vertrek van de pup?</w:t>
      </w:r>
    </w:p>
    <w:p w14:paraId="7BBDEBF6" w14:textId="77777777" w:rsidR="002554FE" w:rsidRDefault="00000000">
      <w:pPr>
        <w:spacing w:before="40" w:after="40"/>
      </w:pPr>
      <w:r>
        <w:t>______________________________________________</w:t>
      </w:r>
    </w:p>
    <w:p w14:paraId="40124111" w14:textId="77777777" w:rsidR="002554FE" w:rsidRDefault="00000000">
      <w:pPr>
        <w:spacing w:before="40" w:after="40"/>
      </w:pPr>
      <w:r>
        <w:t>______________________________________________</w:t>
      </w:r>
    </w:p>
    <w:p w14:paraId="1756F707" w14:textId="77777777" w:rsidR="002554FE" w:rsidRDefault="00000000">
      <w:pPr>
        <w:spacing w:before="40" w:after="40"/>
      </w:pPr>
      <w:r>
        <w:t>______________________________________________</w:t>
      </w:r>
    </w:p>
    <w:p w14:paraId="7E4F96D0" w14:textId="77777777" w:rsidR="002554FE" w:rsidRDefault="00000000">
      <w:pPr>
        <w:spacing w:before="240" w:after="160"/>
      </w:pPr>
      <w:r>
        <w:rPr>
          <w:b/>
          <w:sz w:val="24"/>
        </w:rPr>
        <w:t>Pups &amp; eerste weken</w:t>
      </w:r>
    </w:p>
    <w:p w14:paraId="4E59B082" w14:textId="77777777" w:rsidR="002554FE" w:rsidRDefault="00000000">
      <w:pPr>
        <w:spacing w:before="200"/>
      </w:pPr>
      <w:r>
        <w:t>17. Bezoek aan de pups gebeurt uitsluitend in overleg en volgens hun ontwikkeling:</w:t>
      </w:r>
      <w:r>
        <w:br/>
        <w:t>- Vanaf 4 weken: eerste kennismakingsbezoek</w:t>
      </w:r>
      <w:r>
        <w:br/>
        <w:t>- Rond 6 weken: tweede bezoekmoment</w:t>
      </w:r>
      <w:r>
        <w:br/>
        <w:t>- Vanaf 8 weken: de pup mag het nest verlaten</w:t>
      </w:r>
      <w:r>
        <w:br/>
      </w:r>
      <w:r>
        <w:br/>
        <w:t>Kunnen jullie zich hierin vinden?</w:t>
      </w:r>
    </w:p>
    <w:p w14:paraId="61D54A4F" w14:textId="77777777" w:rsidR="002554FE" w:rsidRDefault="00000000">
      <w:pPr>
        <w:spacing w:before="40" w:after="40"/>
      </w:pPr>
      <w:r>
        <w:t>______________________________________________</w:t>
      </w:r>
    </w:p>
    <w:p w14:paraId="4E90A5CB" w14:textId="77777777" w:rsidR="002554FE" w:rsidRDefault="00000000">
      <w:pPr>
        <w:spacing w:before="40" w:after="40"/>
      </w:pPr>
      <w:r>
        <w:t>______________________________________________</w:t>
      </w:r>
    </w:p>
    <w:p w14:paraId="1E354892" w14:textId="77777777" w:rsidR="002554FE" w:rsidRDefault="00000000">
      <w:pPr>
        <w:spacing w:before="200" w:after="120"/>
      </w:pPr>
      <w:r>
        <w:t>18. De eerste weken na thuiskomst vraagt een pup veel tijd en aandacht. Hebben jullie de mogelijkheid om (gedeeltelijk) vrij te nemen of extra aanwezig te zijn?</w:t>
      </w:r>
    </w:p>
    <w:p w14:paraId="7D2DCB1F" w14:textId="77777777" w:rsidR="002554FE" w:rsidRDefault="00000000">
      <w:pPr>
        <w:spacing w:before="40" w:after="40"/>
      </w:pPr>
      <w:r>
        <w:t>______________________________________________</w:t>
      </w:r>
    </w:p>
    <w:p w14:paraId="60D66C68" w14:textId="77777777" w:rsidR="002554FE" w:rsidRDefault="00000000">
      <w:pPr>
        <w:spacing w:before="40" w:after="40"/>
      </w:pPr>
      <w:r>
        <w:t>______________________________________________</w:t>
      </w:r>
    </w:p>
    <w:p w14:paraId="1D09AD45" w14:textId="77777777" w:rsidR="002554FE" w:rsidRDefault="00000000">
      <w:pPr>
        <w:spacing w:before="40" w:after="40"/>
      </w:pPr>
      <w:r>
        <w:t>______________________________________________</w:t>
      </w:r>
    </w:p>
    <w:p w14:paraId="17490197" w14:textId="77777777" w:rsidR="002554FE" w:rsidRDefault="00000000">
      <w:pPr>
        <w:spacing w:before="240" w:after="160"/>
      </w:pPr>
      <w:r>
        <w:rPr>
          <w:b/>
          <w:sz w:val="24"/>
        </w:rPr>
        <w:t>Thuisomgeving</w:t>
      </w:r>
    </w:p>
    <w:p w14:paraId="66CEC94E" w14:textId="77777777" w:rsidR="002554FE" w:rsidRDefault="00000000">
      <w:pPr>
        <w:spacing w:before="200" w:after="120"/>
      </w:pPr>
      <w:r>
        <w:t>19. Wonen jullie in een huis of appartement?</w:t>
      </w:r>
    </w:p>
    <w:p w14:paraId="260DB22B" w14:textId="77777777" w:rsidR="002554FE" w:rsidRDefault="00000000">
      <w:pPr>
        <w:spacing w:before="40" w:after="40"/>
      </w:pPr>
      <w:r>
        <w:t>______________________________________________</w:t>
      </w:r>
    </w:p>
    <w:p w14:paraId="7678E69F" w14:textId="77777777" w:rsidR="002554FE" w:rsidRDefault="00000000">
      <w:pPr>
        <w:spacing w:before="40" w:after="40"/>
      </w:pPr>
      <w:r>
        <w:t>______________________________________________</w:t>
      </w:r>
    </w:p>
    <w:p w14:paraId="17345B26" w14:textId="77777777" w:rsidR="002554FE" w:rsidRDefault="00000000">
      <w:pPr>
        <w:spacing w:before="40" w:after="40"/>
      </w:pPr>
      <w:r>
        <w:t>______________________________________________</w:t>
      </w:r>
    </w:p>
    <w:p w14:paraId="4E997E2C" w14:textId="77777777" w:rsidR="002554FE" w:rsidRDefault="00000000">
      <w:pPr>
        <w:spacing w:before="200" w:after="120"/>
      </w:pPr>
      <w:r>
        <w:t>20. Is er een omheinde tuin? Zo ja: hoe groot ongeveer?</w:t>
      </w:r>
    </w:p>
    <w:p w14:paraId="718A2EC1" w14:textId="77777777" w:rsidR="002554FE" w:rsidRDefault="00000000">
      <w:pPr>
        <w:spacing w:before="40" w:after="40"/>
      </w:pPr>
      <w:r>
        <w:t>______________________________________________</w:t>
      </w:r>
    </w:p>
    <w:p w14:paraId="5D309AF9" w14:textId="77777777" w:rsidR="002554FE" w:rsidRDefault="00000000">
      <w:pPr>
        <w:spacing w:before="40" w:after="40"/>
      </w:pPr>
      <w:r>
        <w:t>______________________________________________</w:t>
      </w:r>
    </w:p>
    <w:p w14:paraId="2CB61BD9" w14:textId="77777777" w:rsidR="002554FE" w:rsidRDefault="00000000">
      <w:pPr>
        <w:spacing w:before="40" w:after="40"/>
      </w:pPr>
      <w:r>
        <w:t>______________________________________________</w:t>
      </w:r>
    </w:p>
    <w:p w14:paraId="6157220E" w14:textId="77777777" w:rsidR="002554FE" w:rsidRDefault="00000000">
      <w:pPr>
        <w:spacing w:before="200" w:after="120"/>
      </w:pPr>
      <w:r>
        <w:t>21. Zijn er nog andere dieren aanwezig? Zo ja: welke?</w:t>
      </w:r>
    </w:p>
    <w:p w14:paraId="66C26533" w14:textId="77777777" w:rsidR="002554FE" w:rsidRDefault="00000000">
      <w:pPr>
        <w:spacing w:before="40" w:after="40"/>
      </w:pPr>
      <w:r>
        <w:t>______________________________________________</w:t>
      </w:r>
    </w:p>
    <w:p w14:paraId="4AB147DE" w14:textId="77777777" w:rsidR="002554FE" w:rsidRDefault="00000000">
      <w:pPr>
        <w:spacing w:before="40" w:after="40"/>
      </w:pPr>
      <w:r>
        <w:t>______________________________________________</w:t>
      </w:r>
    </w:p>
    <w:p w14:paraId="0E1EF089" w14:textId="77777777" w:rsidR="002554FE" w:rsidRDefault="00000000">
      <w:pPr>
        <w:spacing w:before="40" w:after="40"/>
      </w:pPr>
      <w:r>
        <w:t>______________________________________________</w:t>
      </w:r>
    </w:p>
    <w:p w14:paraId="53FE65ED" w14:textId="77777777" w:rsidR="002554FE" w:rsidRDefault="00000000">
      <w:pPr>
        <w:spacing w:before="240" w:after="160"/>
      </w:pPr>
      <w:r>
        <w:rPr>
          <w:b/>
          <w:sz w:val="24"/>
        </w:rPr>
        <w:lastRenderedPageBreak/>
        <w:t>Tot slot</w:t>
      </w:r>
    </w:p>
    <w:p w14:paraId="61990ABD" w14:textId="77777777" w:rsidR="002554FE" w:rsidRDefault="00000000">
      <w:pPr>
        <w:spacing w:before="200" w:after="120"/>
      </w:pPr>
      <w:r>
        <w:t>22. Wat vinden jullie zelf het belangrijkste in de band tussen mens en hond?</w:t>
      </w:r>
    </w:p>
    <w:p w14:paraId="473DE61A" w14:textId="77777777" w:rsidR="002554FE" w:rsidRDefault="00000000">
      <w:pPr>
        <w:spacing w:before="40" w:after="40"/>
      </w:pPr>
      <w:r>
        <w:t>______________________________________________</w:t>
      </w:r>
    </w:p>
    <w:p w14:paraId="2CB14D70" w14:textId="77777777" w:rsidR="002554FE" w:rsidRDefault="00000000">
      <w:pPr>
        <w:spacing w:before="40" w:after="40"/>
      </w:pPr>
      <w:r>
        <w:t>______________________________________________</w:t>
      </w:r>
    </w:p>
    <w:p w14:paraId="28F47AEF" w14:textId="77777777" w:rsidR="002554FE" w:rsidRDefault="00000000">
      <w:pPr>
        <w:spacing w:before="40" w:after="40"/>
      </w:pPr>
      <w:r>
        <w:t>______________________________________________</w:t>
      </w:r>
    </w:p>
    <w:p w14:paraId="461CF3F9" w14:textId="77777777" w:rsidR="002554FE" w:rsidRDefault="00000000">
      <w:pPr>
        <w:spacing w:before="200" w:after="120"/>
      </w:pPr>
      <w:r>
        <w:t>23. Waarom denken jullie dat jullie een goede match zouden zijn voor één van onze pups?</w:t>
      </w:r>
    </w:p>
    <w:p w14:paraId="5FC8666E" w14:textId="77777777" w:rsidR="002554FE" w:rsidRDefault="00000000">
      <w:pPr>
        <w:spacing w:before="40" w:after="40"/>
      </w:pPr>
      <w:r>
        <w:t>______________________________________________</w:t>
      </w:r>
    </w:p>
    <w:p w14:paraId="260E7509" w14:textId="77777777" w:rsidR="002554FE" w:rsidRDefault="00000000">
      <w:pPr>
        <w:spacing w:before="40" w:after="40"/>
      </w:pPr>
      <w:r>
        <w:t>______________________________________________</w:t>
      </w:r>
    </w:p>
    <w:p w14:paraId="13ACA367" w14:textId="77777777" w:rsidR="002554FE" w:rsidRDefault="00000000">
      <w:pPr>
        <w:spacing w:before="40" w:after="40"/>
      </w:pPr>
      <w:r>
        <w:t>______________________________________________</w:t>
      </w:r>
    </w:p>
    <w:p w14:paraId="610564AF" w14:textId="77777777" w:rsidR="002554FE" w:rsidRDefault="00000000">
      <w:pPr>
        <w:spacing w:before="240" w:after="160"/>
      </w:pPr>
      <w:r>
        <w:rPr>
          <w:b/>
          <w:sz w:val="24"/>
        </w:rPr>
        <w:t>Gegevens</w:t>
      </w:r>
    </w:p>
    <w:p w14:paraId="26F4653E" w14:textId="77777777" w:rsidR="002554FE" w:rsidRDefault="00000000">
      <w:pPr>
        <w:spacing w:before="200" w:after="120"/>
      </w:pPr>
      <w:r>
        <w:t>Naam:</w:t>
      </w:r>
    </w:p>
    <w:p w14:paraId="08DCC2EF" w14:textId="77777777" w:rsidR="002554FE" w:rsidRDefault="00000000">
      <w:pPr>
        <w:spacing w:before="40" w:after="40"/>
      </w:pPr>
      <w:r>
        <w:t>______________________________________________</w:t>
      </w:r>
    </w:p>
    <w:p w14:paraId="182F0246" w14:textId="77777777" w:rsidR="002554FE" w:rsidRDefault="00000000">
      <w:pPr>
        <w:spacing w:before="40" w:after="40"/>
      </w:pPr>
      <w:r>
        <w:t>______________________________________________</w:t>
      </w:r>
    </w:p>
    <w:p w14:paraId="5E76FACA" w14:textId="77777777" w:rsidR="002554FE" w:rsidRDefault="00000000">
      <w:pPr>
        <w:spacing w:before="40" w:after="40"/>
      </w:pPr>
      <w:r>
        <w:t>______________________________________________</w:t>
      </w:r>
    </w:p>
    <w:p w14:paraId="157FFC8A" w14:textId="77777777" w:rsidR="002554FE" w:rsidRDefault="00000000">
      <w:pPr>
        <w:spacing w:before="200" w:after="120"/>
      </w:pPr>
      <w:r>
        <w:t>Adres:</w:t>
      </w:r>
    </w:p>
    <w:p w14:paraId="6A07F5D9" w14:textId="77777777" w:rsidR="002554FE" w:rsidRDefault="00000000">
      <w:pPr>
        <w:spacing w:before="40" w:after="40"/>
      </w:pPr>
      <w:r>
        <w:t>______________________________________________</w:t>
      </w:r>
    </w:p>
    <w:p w14:paraId="4E6F7D1E" w14:textId="77777777" w:rsidR="002554FE" w:rsidRDefault="00000000">
      <w:pPr>
        <w:spacing w:before="40" w:after="40"/>
      </w:pPr>
      <w:r>
        <w:t>______________________________________________</w:t>
      </w:r>
    </w:p>
    <w:p w14:paraId="261FC855" w14:textId="77777777" w:rsidR="002554FE" w:rsidRDefault="00000000">
      <w:pPr>
        <w:spacing w:before="40" w:after="40"/>
      </w:pPr>
      <w:r>
        <w:t>______________________________________________</w:t>
      </w:r>
    </w:p>
    <w:p w14:paraId="2C5535F4" w14:textId="77777777" w:rsidR="002554FE" w:rsidRDefault="00000000">
      <w:pPr>
        <w:spacing w:before="200" w:after="120"/>
      </w:pPr>
      <w:r>
        <w:t>Postcode &amp; woonplaats:</w:t>
      </w:r>
    </w:p>
    <w:p w14:paraId="5C0399A5" w14:textId="77777777" w:rsidR="002554FE" w:rsidRDefault="00000000">
      <w:pPr>
        <w:spacing w:before="40" w:after="40"/>
      </w:pPr>
      <w:r>
        <w:t>______________________________________________</w:t>
      </w:r>
    </w:p>
    <w:p w14:paraId="112A3E23" w14:textId="77777777" w:rsidR="002554FE" w:rsidRDefault="00000000">
      <w:pPr>
        <w:spacing w:before="40" w:after="40"/>
      </w:pPr>
      <w:r>
        <w:t>______________________________________________</w:t>
      </w:r>
    </w:p>
    <w:p w14:paraId="1C9E8D79" w14:textId="77777777" w:rsidR="002554FE" w:rsidRDefault="00000000">
      <w:pPr>
        <w:spacing w:before="40" w:after="40"/>
      </w:pPr>
      <w:r>
        <w:t>______________________________________________</w:t>
      </w:r>
    </w:p>
    <w:p w14:paraId="09A61CBF" w14:textId="77777777" w:rsidR="002554FE" w:rsidRDefault="00000000">
      <w:pPr>
        <w:spacing w:before="200" w:after="120"/>
      </w:pPr>
      <w:r>
        <w:t>Telefoonnummer:</w:t>
      </w:r>
    </w:p>
    <w:p w14:paraId="44A9914B" w14:textId="77777777" w:rsidR="002554FE" w:rsidRDefault="00000000">
      <w:pPr>
        <w:spacing w:before="40" w:after="40"/>
      </w:pPr>
      <w:r>
        <w:t>______________________________________________</w:t>
      </w:r>
    </w:p>
    <w:p w14:paraId="3837D625" w14:textId="77777777" w:rsidR="002554FE" w:rsidRDefault="00000000">
      <w:pPr>
        <w:spacing w:before="40" w:after="40"/>
      </w:pPr>
      <w:r>
        <w:t>______________________________________________</w:t>
      </w:r>
    </w:p>
    <w:p w14:paraId="511F127F" w14:textId="77777777" w:rsidR="002554FE" w:rsidRDefault="00000000">
      <w:pPr>
        <w:spacing w:before="40" w:after="40"/>
      </w:pPr>
      <w:r>
        <w:t>______________________________________________</w:t>
      </w:r>
    </w:p>
    <w:p w14:paraId="30156FCC" w14:textId="77777777" w:rsidR="002554FE" w:rsidRDefault="00000000">
      <w:pPr>
        <w:spacing w:before="200" w:after="120"/>
      </w:pPr>
      <w:r>
        <w:t>E-mailadres:</w:t>
      </w:r>
    </w:p>
    <w:p w14:paraId="416EC0E6" w14:textId="77777777" w:rsidR="002554FE" w:rsidRDefault="00000000">
      <w:pPr>
        <w:spacing w:before="40" w:after="40"/>
      </w:pPr>
      <w:r>
        <w:t>______________________________________________</w:t>
      </w:r>
    </w:p>
    <w:p w14:paraId="50EAFE96" w14:textId="77777777" w:rsidR="002554FE" w:rsidRDefault="00000000">
      <w:pPr>
        <w:spacing w:before="40" w:after="40"/>
      </w:pPr>
      <w:r>
        <w:t>______________________________________________</w:t>
      </w:r>
    </w:p>
    <w:p w14:paraId="6235A1D3" w14:textId="77777777" w:rsidR="002554FE" w:rsidRDefault="00000000">
      <w:pPr>
        <w:spacing w:before="40" w:after="40"/>
      </w:pPr>
      <w:r>
        <w:t>______________________________________________</w:t>
      </w:r>
    </w:p>
    <w:p w14:paraId="3E8DF39E" w14:textId="77777777" w:rsidR="002554FE" w:rsidRDefault="00000000">
      <w:pPr>
        <w:spacing w:before="200" w:after="120"/>
      </w:pPr>
      <w:r>
        <w:t>Beroep:</w:t>
      </w:r>
    </w:p>
    <w:p w14:paraId="66C7D7AD" w14:textId="77777777" w:rsidR="002554FE" w:rsidRDefault="00000000">
      <w:pPr>
        <w:spacing w:before="40" w:after="40"/>
      </w:pPr>
      <w:r>
        <w:t>______________________________________________</w:t>
      </w:r>
    </w:p>
    <w:p w14:paraId="690A6457" w14:textId="77777777" w:rsidR="002554FE" w:rsidRDefault="00000000">
      <w:pPr>
        <w:spacing w:before="200" w:after="120"/>
      </w:pPr>
      <w:proofErr w:type="spellStart"/>
      <w:r>
        <w:lastRenderedPageBreak/>
        <w:t>Leeftijd</w:t>
      </w:r>
      <w:proofErr w:type="spellEnd"/>
      <w:r>
        <w:t xml:space="preserve"> </w:t>
      </w:r>
      <w:proofErr w:type="spellStart"/>
      <w:r>
        <w:t>gezinsleden</w:t>
      </w:r>
      <w:proofErr w:type="spellEnd"/>
      <w:r>
        <w:t>:</w:t>
      </w:r>
    </w:p>
    <w:p w14:paraId="4EB839FE" w14:textId="77777777" w:rsidR="002554FE" w:rsidRDefault="00000000">
      <w:pPr>
        <w:spacing w:before="40" w:after="40"/>
      </w:pPr>
      <w:r>
        <w:t>______________________________________________</w:t>
      </w:r>
    </w:p>
    <w:p w14:paraId="0C959DB1" w14:textId="77777777" w:rsidR="002554FE" w:rsidRDefault="00000000">
      <w:pPr>
        <w:spacing w:before="40" w:after="40"/>
      </w:pPr>
      <w:r>
        <w:t>______________________________________________</w:t>
      </w:r>
    </w:p>
    <w:p w14:paraId="62CF4FAA" w14:textId="77777777" w:rsidR="002554FE" w:rsidRDefault="00000000">
      <w:pPr>
        <w:spacing w:before="40" w:after="40"/>
      </w:pPr>
      <w:r>
        <w:t>______________________________________________</w:t>
      </w:r>
    </w:p>
    <w:p w14:paraId="463007B9" w14:textId="56DA8D63" w:rsidR="002554FE" w:rsidRDefault="00522F09">
      <w:r>
        <w:fldChar w:fldCharType="begin"/>
      </w:r>
      <w:r>
        <w:instrText xml:space="preserve"> INCLUDEPICTURE "/Users/thiboslijters/Library/Group Containers/UBF8T346G9.ms/WebArchiveCopyPasteTempFiles/com.microsoft.Word/_Z626039-1920w.jpeg"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F01362A" wp14:editId="299CB073">
            <wp:extent cx="5905500" cy="2987675"/>
            <wp:effectExtent l="0" t="0" r="0" b="0"/>
            <wp:docPr id="202414873" name="Afbeelding 2" descr="Afbeelding met zoogdier, Hondenras, hond, huisdi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4873" name="Afbeelding 2" descr="Afbeelding met zoogdier, Hondenras, hond, huisdi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90" cy="30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BA50B51" w14:textId="72158519" w:rsidR="002554FE" w:rsidRDefault="00522F09">
      <w:pPr>
        <w:spacing w:before="240" w:after="160"/>
        <w:jc w:val="center"/>
      </w:pPr>
      <w:r>
        <w:fldChar w:fldCharType="begin"/>
      </w:r>
      <w:r>
        <w:instrText xml:space="preserve"> INCLUDEPICTURE "/Users/thiboslijters/Library/Group Containers/UBF8T346G9.ms/WebArchiveCopyPasteTempFiles/com.microsoft.Word/_Z626034-1920w.jpeg"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6728A8B" wp14:editId="7F7CD811">
            <wp:extent cx="5905076" cy="3125337"/>
            <wp:effectExtent l="0" t="0" r="635" b="0"/>
            <wp:docPr id="140802834" name="Afbeelding 1" descr="Afbeelding met zoogdier, Hondenras, huisdier, h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2834" name="Afbeelding 1" descr="Afbeelding met zoogdier, Hondenras, huisdier, hon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26" cy="32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5AFE45D" w14:textId="77777777" w:rsidR="002554FE" w:rsidRDefault="00000000">
      <w:pPr>
        <w:spacing w:before="120" w:after="240"/>
        <w:jc w:val="center"/>
      </w:pPr>
      <w:r>
        <w:rPr>
          <w:sz w:val="24"/>
        </w:rPr>
        <w:t>🇧🇪 Belgisch Kampioen 🇧🇪</w:t>
      </w:r>
      <w:r>
        <w:rPr>
          <w:sz w:val="24"/>
        </w:rPr>
        <w:br/>
        <w:t>Falco Burstynowy Zakątek</w:t>
      </w:r>
    </w:p>
    <w:sectPr w:rsidR="002554F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1068340">
    <w:abstractNumId w:val="8"/>
  </w:num>
  <w:num w:numId="2" w16cid:durableId="124205591">
    <w:abstractNumId w:val="6"/>
  </w:num>
  <w:num w:numId="3" w16cid:durableId="2090536355">
    <w:abstractNumId w:val="5"/>
  </w:num>
  <w:num w:numId="4" w16cid:durableId="576138482">
    <w:abstractNumId w:val="4"/>
  </w:num>
  <w:num w:numId="5" w16cid:durableId="516431354">
    <w:abstractNumId w:val="7"/>
  </w:num>
  <w:num w:numId="6" w16cid:durableId="2024086788">
    <w:abstractNumId w:val="3"/>
  </w:num>
  <w:num w:numId="7" w16cid:durableId="235749816">
    <w:abstractNumId w:val="2"/>
  </w:num>
  <w:num w:numId="8" w16cid:durableId="1575621688">
    <w:abstractNumId w:val="1"/>
  </w:num>
  <w:num w:numId="9" w16cid:durableId="212156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0B59"/>
    <w:rsid w:val="00216904"/>
    <w:rsid w:val="002554FE"/>
    <w:rsid w:val="0029639D"/>
    <w:rsid w:val="00326F90"/>
    <w:rsid w:val="00522F09"/>
    <w:rsid w:val="00586EFA"/>
    <w:rsid w:val="008F210C"/>
    <w:rsid w:val="00AA1D8D"/>
    <w:rsid w:val="00B47730"/>
    <w:rsid w:val="00C04D16"/>
    <w:rsid w:val="00CB0664"/>
    <w:rsid w:val="00E00E1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7371AF"/>
  <w14:defaultImageDpi w14:val="300"/>
  <w15:docId w15:val="{8EA54F48-4729-6F4C-A3E7-81A38101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537</Words>
  <Characters>6275</Characters>
  <Application>Microsoft Office Word</Application>
  <DocSecurity>0</DocSecurity>
  <Lines>156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thibo slijters</cp:lastModifiedBy>
  <cp:revision>4</cp:revision>
  <dcterms:created xsi:type="dcterms:W3CDTF">2026-02-09T17:07:00Z</dcterms:created>
  <dcterms:modified xsi:type="dcterms:W3CDTF">2026-02-10T18:35:00Z</dcterms:modified>
  <cp:category/>
</cp:coreProperties>
</file>