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758BF" w14:textId="77777777" w:rsidR="00B318E9" w:rsidRDefault="00262EFA">
      <w:pPr>
        <w:jc w:val="center"/>
      </w:pPr>
      <w:r>
        <w:rPr>
          <w:b/>
          <w:sz w:val="40"/>
        </w:rPr>
        <w:t>Politique d’annulation Bonheur Secret Guidance</w:t>
      </w:r>
    </w:p>
    <w:p w14:paraId="68C44684" w14:textId="77777777" w:rsidR="00B318E9" w:rsidRDefault="00B318E9"/>
    <w:p w14:paraId="4CD21975" w14:textId="77777777" w:rsidR="00B318E9" w:rsidRDefault="00262EFA">
      <w:r>
        <w:rPr>
          <w:b/>
          <w:sz w:val="30"/>
        </w:rPr>
        <w:t>Politique d’annulation des rendez-vous</w:t>
      </w:r>
    </w:p>
    <w:p w14:paraId="33277FBC" w14:textId="77777777" w:rsidR="00B318E9" w:rsidRDefault="00262EFA">
      <w:r>
        <w:t xml:space="preserve">Vous pouvez annuler ou reporter votre rendez-vous jusqu’à </w:t>
      </w:r>
      <w:r>
        <w:rPr>
          <w:b/>
        </w:rPr>
        <w:t>24 heures avant l’horaire prévu, sans frais</w:t>
      </w:r>
      <w:r>
        <w:t>.</w:t>
      </w:r>
    </w:p>
    <w:p w14:paraId="0D5C2E29" w14:textId="77777777" w:rsidR="00B318E9" w:rsidRDefault="00262EFA">
      <w:r>
        <w:t xml:space="preserve">Toute annulation effectuée </w:t>
      </w:r>
      <w:r>
        <w:rPr>
          <w:b/>
        </w:rPr>
        <w:t>moins de 24 heures avant le rendez-vous</w:t>
      </w:r>
      <w:r>
        <w:t xml:space="preserve"> ne pourra pas donner lieu à un remboursement, sauf en cas de circonstances exceptionnelles.</w:t>
      </w:r>
    </w:p>
    <w:p w14:paraId="24638CB9" w14:textId="77777777" w:rsidR="00B318E9" w:rsidRDefault="00262EFA">
      <w:r>
        <w:t>Les demandes de report dans ce délai sont possibles, sous réserve de disponibilité.</w:t>
      </w:r>
    </w:p>
    <w:p w14:paraId="1A1A6708" w14:textId="77777777" w:rsidR="00B318E9" w:rsidRDefault="00262EFA">
      <w:r>
        <w:t xml:space="preserve">En cas d’absence ou de retard de plus de </w:t>
      </w:r>
      <w:r>
        <w:rPr>
          <w:b/>
        </w:rPr>
        <w:t>15 minutes sans préavis</w:t>
      </w:r>
      <w:r>
        <w:t xml:space="preserve">, la séance sera considérée comme due et </w:t>
      </w:r>
      <w:r>
        <w:rPr>
          <w:b/>
        </w:rPr>
        <w:t>non remboursable</w:t>
      </w:r>
      <w:r>
        <w:t>.</w:t>
      </w:r>
    </w:p>
    <w:p w14:paraId="01EF5EE0" w14:textId="77777777" w:rsidR="00B318E9" w:rsidRDefault="00262EFA">
      <w:r>
        <w:t>Pour toute modification, merci de me contacter par message ou par téléphone dès que possible.</w:t>
      </w:r>
    </w:p>
    <w:sectPr w:rsidR="00B318E9" w:rsidSect="00034616">
      <w:pgSz w:w="12240" w:h="15840"/>
      <w:pgMar w:top="1152" w:right="1224" w:bottom="1152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7986145">
    <w:abstractNumId w:val="8"/>
  </w:num>
  <w:num w:numId="2" w16cid:durableId="128864882">
    <w:abstractNumId w:val="6"/>
  </w:num>
  <w:num w:numId="3" w16cid:durableId="532574079">
    <w:abstractNumId w:val="5"/>
  </w:num>
  <w:num w:numId="4" w16cid:durableId="1430849249">
    <w:abstractNumId w:val="4"/>
  </w:num>
  <w:num w:numId="5" w16cid:durableId="89548673">
    <w:abstractNumId w:val="7"/>
  </w:num>
  <w:num w:numId="6" w16cid:durableId="1678072466">
    <w:abstractNumId w:val="3"/>
  </w:num>
  <w:num w:numId="7" w16cid:durableId="841042419">
    <w:abstractNumId w:val="2"/>
  </w:num>
  <w:num w:numId="8" w16cid:durableId="771246030">
    <w:abstractNumId w:val="1"/>
  </w:num>
  <w:num w:numId="9" w16cid:durableId="1453666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62EFA"/>
    <w:rsid w:val="0029639D"/>
    <w:rsid w:val="00326F90"/>
    <w:rsid w:val="0096578A"/>
    <w:rsid w:val="00AA1D8D"/>
    <w:rsid w:val="00B318E9"/>
    <w:rsid w:val="00B47730"/>
    <w:rsid w:val="00B62DF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83E146C"/>
  <w14:defaultImageDpi w14:val="300"/>
  <w15:docId w15:val="{C2DD752F-DB16-4467-B32C-F70600D04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Aptos" w:eastAsia="Aptos" w:hAnsi="Aptos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561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Kevin Poda</cp:lastModifiedBy>
  <cp:revision>2</cp:revision>
  <dcterms:created xsi:type="dcterms:W3CDTF">2026-08-20T10:15:00Z</dcterms:created>
  <dcterms:modified xsi:type="dcterms:W3CDTF">2026-08-20T10:15:00Z</dcterms:modified>
  <cp:category/>
</cp:coreProperties>
</file>