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55794" w14:textId="77777777" w:rsidR="00D4739B" w:rsidRDefault="00000000">
      <w:pPr>
        <w:spacing w:after="0"/>
        <w:jc w:val="center"/>
      </w:pPr>
      <w:r>
        <w:rPr>
          <w:noProof/>
        </w:rPr>
        <w:drawing>
          <wp:inline distT="0" distB="0" distL="0" distR="0" wp14:anchorId="702D9617" wp14:editId="1FE3DB95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ldkarte_one_p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739B" w:rsidSect="00034616">
      <w:pgSz w:w="11906" w:h="16838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59743015">
    <w:abstractNumId w:val="8"/>
  </w:num>
  <w:num w:numId="2" w16cid:durableId="279997374">
    <w:abstractNumId w:val="6"/>
  </w:num>
  <w:num w:numId="3" w16cid:durableId="799497375">
    <w:abstractNumId w:val="5"/>
  </w:num>
  <w:num w:numId="4" w16cid:durableId="1730035687">
    <w:abstractNumId w:val="4"/>
  </w:num>
  <w:num w:numId="5" w16cid:durableId="1720933374">
    <w:abstractNumId w:val="7"/>
  </w:num>
  <w:num w:numId="6" w16cid:durableId="793013805">
    <w:abstractNumId w:val="3"/>
  </w:num>
  <w:num w:numId="7" w16cid:durableId="1794444525">
    <w:abstractNumId w:val="2"/>
  </w:num>
  <w:num w:numId="8" w16cid:durableId="229780054">
    <w:abstractNumId w:val="1"/>
  </w:num>
  <w:num w:numId="9" w16cid:durableId="566571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1FD3"/>
    <w:rsid w:val="0029639D"/>
    <w:rsid w:val="00326F90"/>
    <w:rsid w:val="007F2952"/>
    <w:rsid w:val="00AA1D8D"/>
    <w:rsid w:val="00B47730"/>
    <w:rsid w:val="00CB0664"/>
    <w:rsid w:val="00D4739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3C5782"/>
  <w14:defaultImageDpi w14:val="300"/>
  <w15:docId w15:val="{87F99666-A35D-4D35-86A6-0490B61D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Eva Topalli</cp:lastModifiedBy>
  <cp:revision>2</cp:revision>
  <cp:lastPrinted>2026-09-17T15:35:00Z</cp:lastPrinted>
  <dcterms:created xsi:type="dcterms:W3CDTF">2026-09-17T15:36:00Z</dcterms:created>
  <dcterms:modified xsi:type="dcterms:W3CDTF">2026-09-17T15:36:00Z</dcterms:modified>
  <cp:category/>
</cp:coreProperties>
</file>