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89882" w14:textId="77777777" w:rsidR="0091511C" w:rsidRDefault="00000000">
      <w:pPr>
        <w:spacing w:after="0"/>
        <w:jc w:val="center"/>
      </w:pPr>
      <w:r>
        <w:rPr>
          <w:noProof/>
        </w:rPr>
        <w:drawing>
          <wp:inline distT="0" distB="0" distL="0" distR="0" wp14:anchorId="48A02EB1" wp14:editId="442C0AAD">
            <wp:extent cx="7524000" cy="106385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24000" cy="106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F72B0" w14:textId="77777777" w:rsidR="0091511C" w:rsidRDefault="00000000">
      <w:pPr>
        <w:pageBreakBefore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68A26889" wp14:editId="399139DE">
            <wp:extent cx="7524000" cy="106385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24000" cy="106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FC45E" w14:textId="77777777" w:rsidR="0091511C" w:rsidRDefault="00000000">
      <w:pPr>
        <w:pageBreakBefore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1365DB48" wp14:editId="459A26A2">
            <wp:extent cx="7524000" cy="106385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24000" cy="106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D42B6" w14:textId="77777777" w:rsidR="0091511C" w:rsidRDefault="00000000">
      <w:pPr>
        <w:pageBreakBefore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45C8E7A6" wp14:editId="476B9A21">
            <wp:extent cx="7524000" cy="106385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24000" cy="106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4FD90" w14:textId="77777777" w:rsidR="0091511C" w:rsidRDefault="00000000">
      <w:pPr>
        <w:pageBreakBefore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0604C121" wp14:editId="7F71B9FE">
            <wp:extent cx="7524000" cy="106385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-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24000" cy="106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11C" w:rsidSect="00034616">
      <w:pgSz w:w="11906" w:h="16838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4552329">
    <w:abstractNumId w:val="8"/>
  </w:num>
  <w:num w:numId="2" w16cid:durableId="88619252">
    <w:abstractNumId w:val="6"/>
  </w:num>
  <w:num w:numId="3" w16cid:durableId="393428650">
    <w:abstractNumId w:val="5"/>
  </w:num>
  <w:num w:numId="4" w16cid:durableId="398751146">
    <w:abstractNumId w:val="4"/>
  </w:num>
  <w:num w:numId="5" w16cid:durableId="521171489">
    <w:abstractNumId w:val="7"/>
  </w:num>
  <w:num w:numId="6" w16cid:durableId="742261123">
    <w:abstractNumId w:val="3"/>
  </w:num>
  <w:num w:numId="7" w16cid:durableId="2130930123">
    <w:abstractNumId w:val="2"/>
  </w:num>
  <w:num w:numId="8" w16cid:durableId="983778698">
    <w:abstractNumId w:val="1"/>
  </w:num>
  <w:num w:numId="9" w16cid:durableId="1988246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1511C"/>
    <w:rsid w:val="00AA1D8D"/>
    <w:rsid w:val="00B47730"/>
    <w:rsid w:val="00BE4CF8"/>
    <w:rsid w:val="00C9208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BB78E3"/>
  <w14:defaultImageDpi w14:val="300"/>
  <w15:docId w15:val="{5BC6FC49-2153-4907-B08A-494774DC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Bahnhöfli Karten</dc:title>
  <dc:subject>Willkommensseite Speisekarte und Cordon bleu Karte</dc:subject>
  <dc:creator>python-docx</dc:creator>
  <cp:keywords/>
  <dc:description>generated by python-docx</dc:description>
  <cp:lastModifiedBy>Eva Topalli</cp:lastModifiedBy>
  <cp:revision>2</cp:revision>
  <dcterms:created xsi:type="dcterms:W3CDTF">2026-09-17T16:37:00Z</dcterms:created>
  <dcterms:modified xsi:type="dcterms:W3CDTF">2026-09-17T16:37:00Z</dcterms:modified>
  <cp:category/>
</cp:coreProperties>
</file>